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78404942" wp14:textId="77777777">
      <w:pPr>
        <w:pStyle w:val="Heading1"/>
      </w:pPr>
      <w:r>
        <w:t>Little Lyons Childcare Website Disclaimer</w:t>
      </w:r>
    </w:p>
    <w:p xmlns:wp14="http://schemas.microsoft.com/office/word/2010/wordml" w14:paraId="47CF049E" wp14:textId="77777777">
      <w:r>
        <w:t>Effective Date: July 29, 2026</w:t>
      </w:r>
    </w:p>
    <w:p xmlns:wp14="http://schemas.microsoft.com/office/word/2010/wordml" w14:paraId="4C48E38B" wp14:textId="77777777">
      <w:pPr>
        <w:pStyle w:val="Heading2"/>
      </w:pPr>
      <w:r>
        <w:t>General Information</w:t>
      </w:r>
    </w:p>
    <w:p xmlns:wp14="http://schemas.microsoft.com/office/word/2010/wordml" w14:paraId="33D775BC" wp14:textId="77777777">
      <w:r>
        <w:t>The information on this website is provided for general informational purposes only and should not be considered legal, medical, or professional advice.</w:t>
      </w:r>
    </w:p>
    <w:p xmlns:wp14="http://schemas.microsoft.com/office/word/2010/wordml" w14:paraId="7FEACD68" wp14:textId="77777777">
      <w:pPr>
        <w:pStyle w:val="Heading2"/>
      </w:pPr>
      <w:r>
        <w:t>No Guarantee</w:t>
      </w:r>
    </w:p>
    <w:p xmlns:wp14="http://schemas.microsoft.com/office/word/2010/wordml" w14:paraId="4E0741FA" wp14:textId="77777777">
      <w:r>
        <w:t>While we strive for accuracy, Little Lyons Childcare makes no guarantees regarding the completeness or accuracy of website content.</w:t>
      </w:r>
    </w:p>
    <w:p xmlns:wp14="http://schemas.microsoft.com/office/word/2010/wordml" w14:paraId="12232C32" wp14:textId="77777777">
      <w:pPr>
        <w:pStyle w:val="Heading2"/>
      </w:pPr>
      <w:r>
        <w:t>External Links</w:t>
      </w:r>
    </w:p>
    <w:p xmlns:wp14="http://schemas.microsoft.com/office/word/2010/wordml" w14:paraId="06A58D63" wp14:textId="77777777">
      <w:r>
        <w:t>Links to third-party websites are provided as a convenience and do not constitute endorsement.</w:t>
      </w:r>
    </w:p>
    <w:p xmlns:wp14="http://schemas.microsoft.com/office/word/2010/wordml" w14:paraId="4FD35E77" wp14:textId="77777777">
      <w:pPr>
        <w:pStyle w:val="Heading2"/>
      </w:pPr>
      <w:r>
        <w:t>Limitation of Liability</w:t>
      </w:r>
    </w:p>
    <w:p xmlns:wp14="http://schemas.microsoft.com/office/word/2010/wordml" w14:paraId="26682798" wp14:textId="77777777">
      <w:r>
        <w:t>Little Lyons Childcare is not responsible for losses or damages resulting from use of this website or reliance upon its content.</w:t>
      </w:r>
    </w:p>
    <w:p xmlns:wp14="http://schemas.microsoft.com/office/word/2010/wordml" w14:paraId="7D6FFD51" wp14:textId="77777777">
      <w:pPr>
        <w:pStyle w:val="Heading2"/>
      </w:pPr>
      <w:r>
        <w:t>Changes</w:t>
      </w:r>
    </w:p>
    <w:p xmlns:wp14="http://schemas.microsoft.com/office/word/2010/wordml" w14:paraId="3DC7E88C" wp14:textId="77777777">
      <w:r>
        <w:t>Website content may be updated, modified, or removed at any time without notice.</w:t>
      </w:r>
    </w:p>
    <w:p xmlns:wp14="http://schemas.microsoft.com/office/word/2010/wordml" w14:paraId="55300736" wp14:textId="77777777">
      <w:pPr>
        <w:pStyle w:val="Heading2"/>
      </w:pPr>
      <w:r>
        <w:t>Contact</w:t>
      </w:r>
    </w:p>
    <w:p xmlns:wp14="http://schemas.microsoft.com/office/word/2010/wordml" w:rsidP="2B3F8B72" w14:paraId="3EE016A8" wp14:textId="6B989905">
      <w:pPr>
        <w:pStyle w:val="Normal"/>
        <w:spacing w:after="0" w:afterAutospacing="off"/>
      </w:pPr>
      <w:r w:rsidR="2B3F8B72">
        <w:rPr/>
        <w:t>Little Lyons Childcare</w:t>
      </w:r>
      <w:r>
        <w:br/>
      </w:r>
      <w:r w:rsidRPr="2B3F8B72" w:rsidR="2B3F8B72">
        <w:rPr>
          <w:rFonts w:ascii="Cambria" w:hAnsi="Cambria" w:eastAsia="ＭＳ 明朝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19 Constitution St </w:t>
      </w:r>
    </w:p>
    <w:p xmlns:wp14="http://schemas.microsoft.com/office/word/2010/wordml" w:rsidP="2B3F8B72" w14:paraId="137FD0DD" wp14:textId="45841BDC">
      <w:pPr>
        <w:pStyle w:val="Normal"/>
        <w:spacing w:after="0" w:afterAutospacing="off"/>
      </w:pPr>
      <w:r w:rsidRPr="2B3F8B72" w:rsidR="2B3F8B72">
        <w:rPr>
          <w:rFonts w:ascii="Cambria" w:hAnsi="Cambria" w:eastAsia="ＭＳ 明朝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>Emporia, KS 66801</w:t>
      </w:r>
      <w:r>
        <w:br/>
      </w:r>
      <w:r w:rsidR="2B3F8B72">
        <w:rPr/>
        <w:t>(620) 342-4630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3F8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2A40D067-F6F4-456E-A3FC-0453B7A7C1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microsoft.com/office/2007/relationships/stylesWithEffects" Target="stylesWithEffect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74F6F2A008F4898EFEC7F3D8685E2" ma:contentTypeVersion="18" ma:contentTypeDescription="Create a new document." ma:contentTypeScope="" ma:versionID="381ae5aa1005a65866fed6856f0bf984">
  <xsd:schema xmlns:xsd="http://www.w3.org/2001/XMLSchema" xmlns:xs="http://www.w3.org/2001/XMLSchema" xmlns:p="http://schemas.microsoft.com/office/2006/metadata/properties" xmlns:ns2="6602866f-6906-4b30-b0c6-da409b1bbc4d" xmlns:ns3="86bdf7f9-f656-4727-8ee6-d6abd4b6dcb9" targetNamespace="http://schemas.microsoft.com/office/2006/metadata/properties" ma:root="true" ma:fieldsID="5591626fd31e7de027559fdfdfa2fad9" ns2:_="" ns3:_="">
    <xsd:import namespace="6602866f-6906-4b30-b0c6-da409b1bbc4d"/>
    <xsd:import namespace="86bdf7f9-f656-4727-8ee6-d6abd4b6d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2866f-6906-4b30-b0c6-da409b1bb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e04c6f-b347-4516-b705-3021603bb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df7f9-f656-4727-8ee6-d6abd4b6dcb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fbde671-ed8b-431c-9cf6-c15bdc094db2}" ma:internalName="TaxCatchAll" ma:showField="CatchAllData" ma:web="86bdf7f9-f656-4727-8ee6-d6abd4b6d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bdf7f9-f656-4727-8ee6-d6abd4b6dcb9" xsi:nil="true"/>
    <lcf76f155ced4ddcb4097134ff3c332f xmlns="6602866f-6906-4b30-b0c6-da409b1bbc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6087C-9BAE-4E91-8976-3E8DC1D37939}"/>
</file>

<file path=customXml/itemProps3.xml><?xml version="1.0" encoding="utf-8"?>
<ds:datastoreItem xmlns:ds="http://schemas.openxmlformats.org/officeDocument/2006/customXml" ds:itemID="{ECC883DB-55CF-49B4-8A55-B6C90A206FBE}"/>
</file>

<file path=customXml/itemProps4.xml><?xml version="1.0" encoding="utf-8"?>
<ds:datastoreItem xmlns:ds="http://schemas.openxmlformats.org/officeDocument/2006/customXml" ds:itemID="{B27065AB-D8E3-4C41-9E21-CB35C05197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TLC Marketing</cp:lastModifiedBy>
  <cp:revision>2</cp:revision>
  <dcterms:created xsi:type="dcterms:W3CDTF">2013-12-23T23:15:00Z</dcterms:created>
  <dcterms:modified xsi:type="dcterms:W3CDTF">2026-08-06T14:30:12Z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2311700</vt:r8>
  </property>
  <property fmtid="{D5CDD505-2E9C-101B-9397-08002B2CF9AE}" pid="3" name="ContentTypeId">
    <vt:lpwstr>0x01010020D74F6F2A008F4898EFEC7F3D8685E2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